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E993E" w14:textId="77777777" w:rsidR="00F460EE" w:rsidRPr="00F460EE" w:rsidRDefault="00F460EE" w:rsidP="00F460E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B28689F" w14:textId="72E550ED" w:rsidR="00F460EE" w:rsidRPr="00F460EE" w:rsidRDefault="00F460EE" w:rsidP="00F460EE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F460EE">
        <w:rPr>
          <w:rFonts w:ascii="Calibri" w:hAnsi="Calibri" w:cs="Calibri"/>
          <w:b/>
          <w:bCs/>
          <w:sz w:val="24"/>
          <w:szCs w:val="24"/>
        </w:rPr>
        <w:t>FORMULARIO DE EVALUACIÓN – ONBOARD KNOWLEDGE JOURNAL</w:t>
      </w:r>
    </w:p>
    <w:p w14:paraId="1448F465" w14:textId="77777777" w:rsidR="00F460EE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Estimado revisor,</w:t>
      </w:r>
    </w:p>
    <w:p w14:paraId="6B203C5C" w14:textId="70F0839F" w:rsidR="00DF5A56" w:rsidRPr="00F460EE" w:rsidRDefault="00000000" w:rsidP="00F460EE">
      <w:pPr>
        <w:rPr>
          <w:rFonts w:asciiTheme="majorHAnsi" w:hAnsiTheme="majorHAnsi" w:cstheme="majorHAnsi"/>
          <w:sz w:val="24"/>
          <w:szCs w:val="24"/>
          <w:lang w:val="es-CO"/>
        </w:rPr>
      </w:pPr>
      <w:proofErr w:type="spellStart"/>
      <w:r w:rsidRPr="00F460EE">
        <w:rPr>
          <w:rFonts w:asciiTheme="majorHAnsi" w:hAnsiTheme="majorHAnsi" w:cstheme="majorHAnsi"/>
          <w:i/>
          <w:iCs/>
          <w:sz w:val="24"/>
          <w:szCs w:val="24"/>
          <w:lang w:val="es-CO"/>
        </w:rPr>
        <w:t>OnBoard</w:t>
      </w:r>
      <w:proofErr w:type="spellEnd"/>
      <w:r w:rsidRPr="00F460EE">
        <w:rPr>
          <w:rFonts w:asciiTheme="majorHAnsi" w:hAnsiTheme="majorHAnsi" w:cstheme="majorHAnsi"/>
          <w:i/>
          <w:iCs/>
          <w:sz w:val="24"/>
          <w:szCs w:val="24"/>
          <w:lang w:val="es-CO"/>
        </w:rPr>
        <w:t xml:space="preserve"> Knowledge </w:t>
      </w:r>
      <w:proofErr w:type="spellStart"/>
      <w:r w:rsidRPr="00F460EE">
        <w:rPr>
          <w:rFonts w:asciiTheme="majorHAnsi" w:hAnsiTheme="majorHAnsi" w:cstheme="majorHAnsi"/>
          <w:i/>
          <w:iCs/>
          <w:sz w:val="24"/>
          <w:szCs w:val="24"/>
          <w:lang w:val="es-CO"/>
        </w:rPr>
        <w:t>Journal</w:t>
      </w:r>
      <w:proofErr w:type="spellEnd"/>
      <w:r w:rsidRPr="00F460EE">
        <w:rPr>
          <w:rFonts w:asciiTheme="majorHAnsi" w:hAnsiTheme="majorHAnsi" w:cstheme="majorHAnsi"/>
          <w:sz w:val="24"/>
          <w:szCs w:val="24"/>
          <w:lang w:val="es-CO"/>
        </w:rPr>
        <w:t xml:space="preserve"> agradece su valioso trabajo como revisor, ya que no solo mejora los procesos editoriales de la revista, sino que también beneficia a los autores y, en general, al campo de la Ingeniería, Tecnología y Ciencias Sociales.</w:t>
      </w:r>
      <w:r w:rsidRPr="00F460EE">
        <w:rPr>
          <w:rFonts w:asciiTheme="majorHAnsi" w:hAnsiTheme="majorHAnsi" w:cstheme="majorHAnsi"/>
          <w:sz w:val="24"/>
          <w:szCs w:val="24"/>
          <w:lang w:val="es-CO"/>
        </w:rPr>
        <w:br/>
      </w:r>
      <w:r w:rsidRPr="00F460EE">
        <w:rPr>
          <w:rFonts w:asciiTheme="majorHAnsi" w:hAnsiTheme="majorHAnsi" w:cstheme="majorHAnsi"/>
          <w:sz w:val="24"/>
          <w:szCs w:val="24"/>
          <w:lang w:val="es-CO"/>
        </w:rPr>
        <w:br/>
        <w:t>A continuación, encontrará una serie de preguntas relacionadas con los criterios que se deben considerar para la evaluación del artículo. Por favor, califique cada criterio utilizando una escala de 1 a 5, donde: 1 = Muy Bajo, 2 = Bajo, 3 = Moderado, 4 = Alto, 5 = Muy Alto.</w:t>
      </w:r>
      <w:r w:rsidRPr="00F460EE">
        <w:rPr>
          <w:rFonts w:asciiTheme="majorHAnsi" w:hAnsiTheme="majorHAnsi" w:cstheme="majorHAnsi"/>
          <w:sz w:val="24"/>
          <w:szCs w:val="24"/>
          <w:lang w:val="es-CO"/>
        </w:rPr>
        <w:br/>
      </w:r>
      <w:r w:rsidRPr="00F460EE">
        <w:rPr>
          <w:rFonts w:asciiTheme="majorHAnsi" w:hAnsiTheme="majorHAnsi" w:cstheme="majorHAnsi"/>
          <w:sz w:val="24"/>
          <w:szCs w:val="24"/>
          <w:lang w:val="es-CO"/>
        </w:rPr>
        <w:br/>
      </w:r>
      <w:r w:rsidRPr="00F460EE">
        <w:rPr>
          <w:rFonts w:asciiTheme="majorHAnsi" w:hAnsiTheme="majorHAnsi" w:cstheme="majorHAnsi"/>
          <w:b/>
          <w:bCs/>
          <w:sz w:val="24"/>
          <w:szCs w:val="24"/>
          <w:lang w:val="es-CO"/>
        </w:rPr>
        <w:t>Evaluación General</w:t>
      </w:r>
    </w:p>
    <w:p w14:paraId="4EB884EA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¿Es el tema del artículo relevante y bien definido? (Califique de 1 a 5):</w:t>
      </w:r>
    </w:p>
    <w:p w14:paraId="17CFE9A4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¿Los objetivos del artículo están claramente definidos? (Califique de 1 a 5):</w:t>
      </w:r>
    </w:p>
    <w:p w14:paraId="1E42E9E2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¿La metodología utilizada es adecuada y está bien descrita? (Califique de 1 a 5):</w:t>
      </w:r>
    </w:p>
    <w:p w14:paraId="08134A83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¿Los resultados están claramente presentados y respaldados por evidencia? (Califique de 1 a 5):</w:t>
      </w:r>
    </w:p>
    <w:p w14:paraId="671E3B09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¿La discusión interpreta correctamente los resultados y los compara con estudios previos? (Califique de 1 a 5):</w:t>
      </w:r>
    </w:p>
    <w:p w14:paraId="0DCBB1FF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¿Las conclusiones están bien fundamentadas en los resultados y alineadas con los objetivos del estudio? (Califique de 1 a 5):</w:t>
      </w:r>
    </w:p>
    <w:p w14:paraId="5A78426D" w14:textId="77777777" w:rsidR="00DF5A56" w:rsidRPr="00F460EE" w:rsidRDefault="00000000">
      <w:pPr>
        <w:pStyle w:val="Ttulo1"/>
        <w:rPr>
          <w:rFonts w:cstheme="majorHAnsi"/>
          <w:color w:val="auto"/>
          <w:sz w:val="24"/>
          <w:szCs w:val="24"/>
          <w:lang w:val="es-CO"/>
        </w:rPr>
      </w:pPr>
      <w:r w:rsidRPr="00F460EE">
        <w:rPr>
          <w:rFonts w:cstheme="majorHAnsi"/>
          <w:color w:val="auto"/>
          <w:sz w:val="24"/>
          <w:szCs w:val="24"/>
          <w:lang w:val="es-CO"/>
        </w:rPr>
        <w:t>Evaluación Específica para el Tipo de Artículo</w:t>
      </w:r>
    </w:p>
    <w:p w14:paraId="529931AE" w14:textId="77777777" w:rsidR="00DF5A56" w:rsidRPr="00F460EE" w:rsidRDefault="00000000">
      <w:pPr>
        <w:pStyle w:val="Ttulo2"/>
        <w:rPr>
          <w:rFonts w:cstheme="majorHAnsi"/>
          <w:color w:val="auto"/>
          <w:sz w:val="24"/>
          <w:szCs w:val="24"/>
          <w:lang w:val="es-CO"/>
        </w:rPr>
      </w:pPr>
      <w:r w:rsidRPr="00F460EE">
        <w:rPr>
          <w:rFonts w:cstheme="majorHAnsi"/>
          <w:color w:val="auto"/>
          <w:sz w:val="24"/>
          <w:szCs w:val="24"/>
          <w:lang w:val="es-CO"/>
        </w:rPr>
        <w:t>Artículo de Investigación</w:t>
      </w:r>
    </w:p>
    <w:p w14:paraId="5A13B122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¿El problema de investigación está claramente definido y justificado? (Califique de 1 a 5):</w:t>
      </w:r>
    </w:p>
    <w:p w14:paraId="407F45C9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¿La revisión de la literatura es suficiente, actualizada y relevante? (Califique de 1 a 5):</w:t>
      </w:r>
    </w:p>
    <w:p w14:paraId="6DA50117" w14:textId="77777777" w:rsidR="00DF5A56" w:rsidRPr="00F460EE" w:rsidRDefault="00000000">
      <w:pPr>
        <w:pStyle w:val="Ttulo2"/>
        <w:rPr>
          <w:rFonts w:cstheme="majorHAnsi"/>
          <w:color w:val="auto"/>
          <w:sz w:val="24"/>
          <w:szCs w:val="24"/>
          <w:lang w:val="es-CO"/>
        </w:rPr>
      </w:pPr>
      <w:r w:rsidRPr="00F460EE">
        <w:rPr>
          <w:rFonts w:cstheme="majorHAnsi"/>
          <w:color w:val="auto"/>
          <w:sz w:val="24"/>
          <w:szCs w:val="24"/>
          <w:lang w:val="es-CO"/>
        </w:rPr>
        <w:t>Artículo Técnico/Metodológico</w:t>
      </w:r>
    </w:p>
    <w:p w14:paraId="6E27BDB9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¿El artículo presenta una innovación técnica o metodológica relevante en el campo? (Califique de 1 a 5):</w:t>
      </w:r>
    </w:p>
    <w:p w14:paraId="05A6517B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lastRenderedPageBreak/>
        <w:t>¿La descripción de la técnica o metodología es clara y detallada suficiente para su replicación? (Califique de 1 a 5):</w:t>
      </w:r>
    </w:p>
    <w:p w14:paraId="5890851E" w14:textId="77777777" w:rsidR="00DF5A56" w:rsidRPr="00F460EE" w:rsidRDefault="00000000">
      <w:pPr>
        <w:pStyle w:val="Ttulo2"/>
        <w:rPr>
          <w:rFonts w:cstheme="majorHAnsi"/>
          <w:color w:val="auto"/>
          <w:sz w:val="24"/>
          <w:szCs w:val="24"/>
          <w:lang w:val="es-CO"/>
        </w:rPr>
      </w:pPr>
      <w:r w:rsidRPr="00F460EE">
        <w:rPr>
          <w:rFonts w:cstheme="majorHAnsi"/>
          <w:color w:val="auto"/>
          <w:sz w:val="24"/>
          <w:szCs w:val="24"/>
          <w:lang w:val="es-CO"/>
        </w:rPr>
        <w:t>Artículo de Revisión</w:t>
      </w:r>
    </w:p>
    <w:p w14:paraId="3B4FBAE6" w14:textId="77777777" w:rsidR="00DF5A56" w:rsidRPr="00F460EE" w:rsidRDefault="00000000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¿El artículo cubre estudios recientes y relevantes sobre el tema? (Califique de 1 a 5):</w:t>
      </w:r>
    </w:p>
    <w:p w14:paraId="7CC1CBB7" w14:textId="77777777" w:rsidR="00DF5A56" w:rsidRDefault="00000000">
      <w:pPr>
        <w:rPr>
          <w:rFonts w:asciiTheme="majorHAnsi" w:hAnsiTheme="majorHAnsi" w:cstheme="majorHAnsi"/>
          <w:sz w:val="24"/>
          <w:szCs w:val="24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 xml:space="preserve">¿El artículo identifica vacíos en la literatura y propone direcciones para futuras investigaciones? </w:t>
      </w:r>
      <w:r w:rsidRPr="00F460EE">
        <w:rPr>
          <w:rFonts w:asciiTheme="majorHAnsi" w:hAnsiTheme="majorHAnsi" w:cstheme="majorHAnsi"/>
          <w:sz w:val="24"/>
          <w:szCs w:val="24"/>
        </w:rPr>
        <w:t>(</w:t>
      </w:r>
      <w:proofErr w:type="spellStart"/>
      <w:r w:rsidRPr="00F460EE">
        <w:rPr>
          <w:rFonts w:asciiTheme="majorHAnsi" w:hAnsiTheme="majorHAnsi" w:cstheme="majorHAnsi"/>
          <w:sz w:val="24"/>
          <w:szCs w:val="24"/>
        </w:rPr>
        <w:t>Califique</w:t>
      </w:r>
      <w:proofErr w:type="spellEnd"/>
      <w:r w:rsidRPr="00F460EE">
        <w:rPr>
          <w:rFonts w:asciiTheme="majorHAnsi" w:hAnsiTheme="majorHAnsi" w:cstheme="majorHAnsi"/>
          <w:sz w:val="24"/>
          <w:szCs w:val="24"/>
        </w:rPr>
        <w:t xml:space="preserve"> de 1 a 5):</w:t>
      </w:r>
    </w:p>
    <w:p w14:paraId="15D2388E" w14:textId="77777777" w:rsidR="00F460EE" w:rsidRPr="00F460EE" w:rsidRDefault="00F460EE" w:rsidP="00F460EE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b/>
          <w:bCs/>
          <w:sz w:val="24"/>
          <w:szCs w:val="24"/>
          <w:lang w:val="es-CO"/>
        </w:rPr>
        <w:t>Comentarios para los autores:</w:t>
      </w:r>
    </w:p>
    <w:p w14:paraId="3CD05DB4" w14:textId="77777777" w:rsidR="00F460EE" w:rsidRPr="00F460EE" w:rsidRDefault="00F460EE" w:rsidP="00F460EE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(Escriba aquí sus comentarios y sugerencias constructivas para los autores)</w:t>
      </w:r>
    </w:p>
    <w:p w14:paraId="20A78C1F" w14:textId="77777777" w:rsidR="00F460EE" w:rsidRPr="00F460EE" w:rsidRDefault="00F460EE" w:rsidP="00F460EE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b/>
          <w:bCs/>
          <w:sz w:val="24"/>
          <w:szCs w:val="24"/>
          <w:lang w:val="es-CO"/>
        </w:rPr>
        <w:t>Recomendación final:</w:t>
      </w:r>
    </w:p>
    <w:p w14:paraId="56B750E9" w14:textId="77777777" w:rsidR="00F460EE" w:rsidRPr="00F460EE" w:rsidRDefault="00F460EE" w:rsidP="00F460EE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>Por favor, seleccione una de las siguientes opciones:</w:t>
      </w:r>
    </w:p>
    <w:p w14:paraId="51A7D7B4" w14:textId="77777777" w:rsidR="00F460EE" w:rsidRPr="00F460EE" w:rsidRDefault="00F460EE" w:rsidP="00F460EE">
      <w:pPr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 xml:space="preserve">Publicable en su forma actual. </w:t>
      </w:r>
    </w:p>
    <w:p w14:paraId="2F0B0529" w14:textId="77777777" w:rsidR="00F460EE" w:rsidRPr="00F460EE" w:rsidRDefault="00F460EE" w:rsidP="00F460EE">
      <w:pPr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 xml:space="preserve">Publicable con modificaciones menores. </w:t>
      </w:r>
    </w:p>
    <w:p w14:paraId="54D1B788" w14:textId="77777777" w:rsidR="00F460EE" w:rsidRPr="00F460EE" w:rsidRDefault="00F460EE" w:rsidP="00F460EE">
      <w:pPr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 xml:space="preserve">Publicable con modificaciones mayores. </w:t>
      </w:r>
    </w:p>
    <w:p w14:paraId="0C7ABABF" w14:textId="77777777" w:rsidR="00F460EE" w:rsidRPr="00F460EE" w:rsidRDefault="00F460EE" w:rsidP="00F460EE">
      <w:pPr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s-CO"/>
        </w:rPr>
      </w:pPr>
      <w:r w:rsidRPr="00F460EE">
        <w:rPr>
          <w:rFonts w:asciiTheme="majorHAnsi" w:hAnsiTheme="majorHAnsi" w:cstheme="majorHAnsi"/>
          <w:sz w:val="24"/>
          <w:szCs w:val="24"/>
          <w:lang w:val="es-CO"/>
        </w:rPr>
        <w:t xml:space="preserve">No publicable. </w:t>
      </w:r>
    </w:p>
    <w:p w14:paraId="5174BF1A" w14:textId="77777777" w:rsidR="00F460EE" w:rsidRPr="00F460EE" w:rsidRDefault="00F460EE">
      <w:pPr>
        <w:rPr>
          <w:rFonts w:asciiTheme="majorHAnsi" w:hAnsiTheme="majorHAnsi" w:cstheme="majorHAnsi"/>
          <w:sz w:val="24"/>
          <w:szCs w:val="24"/>
        </w:rPr>
      </w:pPr>
    </w:p>
    <w:sectPr w:rsidR="00F460EE" w:rsidRPr="00F460EE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30C03" w14:textId="77777777" w:rsidR="006547EC" w:rsidRDefault="006547EC" w:rsidP="00F460EE">
      <w:pPr>
        <w:spacing w:after="0" w:line="240" w:lineRule="auto"/>
      </w:pPr>
      <w:r>
        <w:separator/>
      </w:r>
    </w:p>
  </w:endnote>
  <w:endnote w:type="continuationSeparator" w:id="0">
    <w:p w14:paraId="72ADF61B" w14:textId="77777777" w:rsidR="006547EC" w:rsidRDefault="006547EC" w:rsidP="00F46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5E7AB" w14:textId="77777777" w:rsidR="006547EC" w:rsidRDefault="006547EC" w:rsidP="00F460EE">
      <w:pPr>
        <w:spacing w:after="0" w:line="240" w:lineRule="auto"/>
      </w:pPr>
      <w:r>
        <w:separator/>
      </w:r>
    </w:p>
  </w:footnote>
  <w:footnote w:type="continuationSeparator" w:id="0">
    <w:p w14:paraId="08A532F0" w14:textId="77777777" w:rsidR="006547EC" w:rsidRDefault="006547EC" w:rsidP="00F460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B8761" w14:textId="66FBCC94" w:rsidR="00F460EE" w:rsidRDefault="00AC2C5A">
    <w:pPr>
      <w:pStyle w:val="Encabezado"/>
      <w:rPr>
        <w:noProof/>
        <w:lang w:eastAsia="es-CO"/>
      </w:rPr>
    </w:pPr>
    <w:r>
      <w:rPr>
        <w:noProof/>
      </w:rPr>
      <w:drawing>
        <wp:anchor distT="0" distB="0" distL="114300" distR="114300" simplePos="0" relativeHeight="251656704" behindDoc="1" locked="0" layoutInCell="1" allowOverlap="1" wp14:anchorId="41EE23FF" wp14:editId="2D91161B">
          <wp:simplePos x="0" y="0"/>
          <wp:positionH relativeFrom="column">
            <wp:posOffset>3933190</wp:posOffset>
          </wp:positionH>
          <wp:positionV relativeFrom="paragraph">
            <wp:posOffset>-313055</wp:posOffset>
          </wp:positionV>
          <wp:extent cx="1552575" cy="927663"/>
          <wp:effectExtent l="0" t="0" r="0" b="0"/>
          <wp:wrapNone/>
          <wp:docPr id="89042321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423217" name="Imagen 8904232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2575" cy="9276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4844BB" w14:textId="4327BFF4" w:rsidR="00F460EE" w:rsidRDefault="00F460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DD64907"/>
    <w:multiLevelType w:val="multilevel"/>
    <w:tmpl w:val="AA983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6656554">
    <w:abstractNumId w:val="8"/>
  </w:num>
  <w:num w:numId="2" w16cid:durableId="1486893513">
    <w:abstractNumId w:val="6"/>
  </w:num>
  <w:num w:numId="3" w16cid:durableId="1056389933">
    <w:abstractNumId w:val="5"/>
  </w:num>
  <w:num w:numId="4" w16cid:durableId="2071420946">
    <w:abstractNumId w:val="4"/>
  </w:num>
  <w:num w:numId="5" w16cid:durableId="1124151559">
    <w:abstractNumId w:val="7"/>
  </w:num>
  <w:num w:numId="6" w16cid:durableId="1870022894">
    <w:abstractNumId w:val="3"/>
  </w:num>
  <w:num w:numId="7" w16cid:durableId="248971770">
    <w:abstractNumId w:val="2"/>
  </w:num>
  <w:num w:numId="8" w16cid:durableId="1758479317">
    <w:abstractNumId w:val="1"/>
  </w:num>
  <w:num w:numId="9" w16cid:durableId="1842507390">
    <w:abstractNumId w:val="0"/>
  </w:num>
  <w:num w:numId="10" w16cid:durableId="8592468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02C81"/>
    <w:rsid w:val="006547EC"/>
    <w:rsid w:val="00AA1D8D"/>
    <w:rsid w:val="00AC2C5A"/>
    <w:rsid w:val="00B47730"/>
    <w:rsid w:val="00CB0664"/>
    <w:rsid w:val="00DF5A56"/>
    <w:rsid w:val="00F460E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3F927C"/>
  <w14:defaultImageDpi w14:val="300"/>
  <w15:docId w15:val="{6CACDA2F-56C6-4CF4-B40E-2687EE41A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343</Words>
  <Characters>1889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Investigación</cp:lastModifiedBy>
  <cp:revision>2</cp:revision>
  <dcterms:created xsi:type="dcterms:W3CDTF">2013-12-23T23:15:00Z</dcterms:created>
  <dcterms:modified xsi:type="dcterms:W3CDTF">2026-05-11T21:38:00Z</dcterms:modified>
  <cp:category/>
</cp:coreProperties>
</file>